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  <w:i w:val="0"/>
        </w:rPr>
        <w:t>Date: ..../..../20....</w:t>
      </w:r>
    </w:p>
    <w:p>
      <w:pPr>
        <w:jc w:val="center"/>
      </w:pPr>
      <w:r>
        <w:rPr>
          <w:b/>
          <w:i w:val="0"/>
        </w:rPr>
        <w:t>[Company name]</w:t>
      </w:r>
    </w:p>
    <w:p>
      <w:pPr>
        <w:jc w:val="center"/>
      </w:pPr>
      <w:r>
        <w:rPr>
          <w:b/>
          <w:i w:val="0"/>
        </w:rPr>
        <w:t>Human Resources</w:t>
      </w:r>
    </w:p>
    <w:p>
      <w:pPr>
        <w:spacing w:before="240"/>
        <w:jc w:val="center"/>
      </w:pPr>
      <w:r>
        <w:rPr>
          <w:b/>
          <w:i w:val="0"/>
          <w:sz w:val="26"/>
        </w:rPr>
        <w:t>ANNUAL PAID LEAVE REQUEST</w:t>
      </w:r>
    </w:p>
    <w:p>
      <w:pPr>
        <w:ind w:firstLine="709"/>
        <w:jc w:val="both"/>
      </w:pPr>
      <w:r>
        <w:rPr>
          <w:b w:val="0"/>
          <w:i w:val="0"/>
        </w:rPr>
        <w:t>I have been working in the [Department] department as [Job title] since [Start date]. Under Article 53 of Labour Law No. 4857, I would like to take [Number of days] working days of the paid annual leave I am entitled to, between [Start date] and [End date]. I will return to work on [Return date].</w:t>
      </w:r>
    </w:p>
    <w:p>
      <w:pPr>
        <w:ind w:left="454" w:hanging="454"/>
      </w:pPr>
      <w:r>
        <w:t>☐  I will spend my leave away from the workplace's location ([City / district]); I request [1–4] days of unpaid travel leave for the journey there and back (Labour Law, Art. 56).</w:t>
      </w:r>
    </w:p>
    <w:p>
      <w:pPr>
        <w:ind w:left="454" w:hanging="454"/>
      </w:pPr>
      <w:r>
        <w:t>☐  I do not request unpaid travel leave.</w:t>
      </w:r>
    </w:p>
    <w:p>
      <w:pPr>
        <w:ind w:firstLine="709"/>
        <w:jc w:val="both"/>
      </w:pPr>
      <w:r>
        <w:rPr>
          <w:b w:val="0"/>
          <w:i w:val="0"/>
        </w:rPr>
        <w:t>I kindly ask for your approval.</w:t>
      </w:r>
    </w:p>
    <w:p>
      <w:pPr>
        <w:tabs>
          <w:tab w:pos="9072" w:val="right" w:leader="dot"/>
        </w:tabs>
        <w:ind w:left="4536"/>
      </w:pPr>
      <w:r>
        <w:t>Full name:</w:t>
        <w:tab/>
      </w:r>
    </w:p>
    <w:p>
      <w:pPr>
        <w:tabs>
          <w:tab w:pos="9072" w:val="right" w:leader="dot"/>
        </w:tabs>
        <w:ind w:left="4536"/>
      </w:pPr>
      <w:r>
        <w:t>Employee number (if any):</w:t>
        <w:tab/>
      </w:r>
    </w:p>
    <w:p>
      <w:pPr>
        <w:tabs>
          <w:tab w:pos="9072" w:val="right" w:leader="dot"/>
        </w:tabs>
        <w:ind w:left="4536"/>
      </w:pPr>
      <w:r>
        <w:t>Phone during leave (optional):</w:t>
        <w:tab/>
      </w:r>
    </w:p>
    <w:p>
      <w:pPr>
        <w:tabs>
          <w:tab w:pos="9072" w:val="right" w:leader="dot"/>
        </w:tabs>
        <w:ind w:left="4536"/>
      </w:pPr>
      <w:r>
        <w:t>Signature:</w:t>
        <w:tab/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</w:tcPr>
          <w:p>
            <w:r>
              <w:rPr>
                <w:b/>
              </w:rPr>
              <w:t>Manager approval</w:t>
            </w:r>
          </w:p>
          <w:p>
            <w:r>
              <w:t>Name: ..............................</w:t>
            </w:r>
          </w:p>
          <w:p>
            <w:r>
              <w:t>Signature: ..............................</w:t>
            </w:r>
          </w:p>
          <w:p>
            <w:r>
              <w:t>Date: ..............................</w:t>
            </w:r>
          </w:p>
        </w:tc>
        <w:tc>
          <w:tcPr>
            <w:tcW w:type="dxa" w:w="4536"/>
          </w:tcPr>
          <w:p>
            <w:r>
              <w:rPr>
                <w:b/>
              </w:rPr>
              <w:t>Human Resources</w:t>
            </w:r>
          </w:p>
          <w:p>
            <w:r>
              <w:t>Name: ..............................</w:t>
            </w:r>
          </w:p>
          <w:p>
            <w:r>
              <w:t>Signature: ..............................</w:t>
            </w:r>
          </w:p>
          <w:p>
            <w:r>
              <w:t>Date: ..............................</w:t>
            </w:r>
          </w:p>
        </w:tc>
      </w:tr>
    </w:tbl>
    <w:p/>
    <w:p>
      <w:pPr>
        <w:spacing w:before="120"/>
      </w:pPr>
      <w:r>
        <w:rPr>
          <w:b w:val="0"/>
          <w:i/>
          <w:color w:val="6B7280"/>
          <w:sz w:val="18"/>
        </w:rPr>
        <w:t>This letter is a request; the leave is confirmed once the employer approves it.</w:t>
      </w:r>
    </w:p>
    <w:sectPr w:rsidR="00FC693F" w:rsidRPr="0006063C" w:rsidSect="00034616">
      <w:footerReference w:type="default" r:id="rId9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280"/>
        <w:sz w:val="16"/>
      </w:rPr>
      <w:t>Free template — izin360.com · Manage leave without paperwork with İzin360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leave request letter template</dc:title>
  <dc:subject>An annual leave request letter with the details required by Art. 8 of the Annual Paid Leave Regulation, in Word and PDF.</dc:subject>
  <dc:creator>İzin360</dc:creator>
  <cp:keywords/>
  <dc:description>generated by python-docx</dc:description>
  <cp:lastModifiedBy/>
  <cp:revision>1</cp:revision>
  <dcterms:created xsi:type="dcterms:W3CDTF">2026-10-16T00:00:00Z</dcterms:created>
  <dcterms:modified xsi:type="dcterms:W3CDTF">2026-10-16T00:00:00Z</dcterms:modified>
  <cp:category/>
  <dc:language>en-GB</dc:language>
</cp:coreProperties>
</file>