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</w:rPr>
        <w:t>Date: ..../..../20....</w:t>
      </w:r>
    </w:p>
    <w:p>
      <w:pPr>
        <w:jc w:val="center"/>
      </w:pPr>
      <w:r>
        <w:rPr>
          <w:b/>
          <w:i w:val="0"/>
        </w:rPr>
        <w:t>[Company name]</w:t>
      </w:r>
    </w:p>
    <w:p>
      <w:pPr>
        <w:jc w:val="center"/>
      </w:pPr>
      <w:r>
        <w:rPr>
          <w:b/>
          <w:i w:val="0"/>
        </w:rPr>
        <w:t>Human Resources</w:t>
      </w:r>
    </w:p>
    <w:p>
      <w:pPr>
        <w:spacing w:before="240"/>
        <w:jc w:val="center"/>
      </w:pPr>
      <w:r>
        <w:rPr>
          <w:b/>
          <w:i w:val="0"/>
          <w:sz w:val="26"/>
        </w:rPr>
        <w:t>EXCUSED LEAVE REQUEST</w:t>
      </w:r>
    </w:p>
    <w:p>
      <w:pPr>
        <w:ind w:firstLine="709"/>
        <w:jc w:val="both"/>
      </w:pPr>
      <w:r>
        <w:rPr>
          <w:b w:val="0"/>
          <w:i w:val="0"/>
        </w:rPr>
        <w:t>I work in the [Department] department as [Job title]. For the reason ticked below, I would like to take paid excused leave under Additional Article 2 of Labour Law No. 4857 between [Start date] and [End date].</w:t>
      </w:r>
    </w:p>
    <w:p>
      <w:pPr>
        <w:ind w:left="454" w:hanging="454"/>
      </w:pPr>
      <w:r>
        <w:t>☐  Marriage (3 days)</w:t>
      </w:r>
    </w:p>
    <w:p>
      <w:pPr>
        <w:ind w:left="454" w:hanging="454"/>
      </w:pPr>
      <w:r>
        <w:t>☐  Adoption (3 days)</w:t>
      </w:r>
    </w:p>
    <w:p>
      <w:pPr>
        <w:ind w:left="454" w:hanging="454"/>
      </w:pPr>
      <w:r>
        <w:t>☐  Death of a parent, spouse, sibling or child (3 days) — relationship: [Relationship]</w:t>
      </w:r>
    </w:p>
    <w:p>
      <w:pPr>
        <w:ind w:left="454" w:hanging="454"/>
      </w:pPr>
      <w:r>
        <w:t>☐  My spouse giving birth — paternity leave (10 days)</w:t>
      </w:r>
    </w:p>
    <w:p>
      <w:pPr>
        <w:ind w:left="454" w:hanging="454"/>
      </w:pPr>
      <w:r>
        <w:t>☐  Treatment of my child with at least 70% disability or a chronic illness (up to 10 days a year; with a medical report)</w:t>
      </w:r>
    </w:p>
    <w:p>
      <w:pPr>
        <w:tabs>
          <w:tab w:pos="9072" w:val="right" w:leader="dot"/>
        </w:tabs>
      </w:pPr>
      <w:r>
        <w:t>Date of the event:</w:t>
        <w:tab/>
      </w:r>
    </w:p>
    <w:p>
      <w:pPr>
        <w:tabs>
          <w:tab w:pos="9072" w:val="right" w:leader="dot"/>
        </w:tabs>
      </w:pPr>
      <w:r>
        <w:t>Attachments (marriage, death or birth certificate, medical report):</w:t>
        <w:tab/>
      </w:r>
    </w:p>
    <w:p>
      <w:pPr>
        <w:ind w:firstLine="709"/>
        <w:jc w:val="both"/>
      </w:pPr>
      <w:r>
        <w:rPr>
          <w:b w:val="0"/>
          <w:i w:val="0"/>
        </w:rPr>
        <w:t>I kindly ask for your approval.</w:t>
      </w:r>
    </w:p>
    <w:p>
      <w:pPr>
        <w:tabs>
          <w:tab w:pos="9072" w:val="right" w:leader="dot"/>
        </w:tabs>
        <w:ind w:left="4536"/>
      </w:pPr>
      <w:r>
        <w:t>Full name:</w:t>
        <w:tab/>
      </w:r>
    </w:p>
    <w:p>
      <w:pPr>
        <w:tabs>
          <w:tab w:pos="9072" w:val="right" w:leader="dot"/>
        </w:tabs>
        <w:ind w:left="4536"/>
      </w:pPr>
      <w:r>
        <w:t>Employee number (if any):</w:t>
        <w:tab/>
      </w:r>
    </w:p>
    <w:p>
      <w:pPr>
        <w:tabs>
          <w:tab w:pos="9072" w:val="right" w:leader="dot"/>
        </w:tabs>
        <w:ind w:left="4536"/>
      </w:pPr>
      <w:r>
        <w:t>Signature:</w:t>
        <w:tab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</w:rPr>
              <w:t>Manager approval</w:t>
            </w:r>
          </w:p>
          <w:p>
            <w:r>
              <w:t>Name: ..............................</w:t>
            </w:r>
          </w:p>
          <w:p>
            <w:r>
              <w:t>Signature: ..............................</w:t>
            </w:r>
          </w:p>
          <w:p>
            <w:r>
              <w:t>Date: ..............................</w:t>
            </w:r>
          </w:p>
        </w:tc>
        <w:tc>
          <w:tcPr>
            <w:tcW w:type="dxa" w:w="4536"/>
          </w:tcPr>
          <w:p>
            <w:r>
              <w:rPr>
                <w:b/>
              </w:rPr>
              <w:t>Human Resources</w:t>
            </w:r>
          </w:p>
          <w:p>
            <w:r>
              <w:t>Name: ..............................</w:t>
            </w:r>
          </w:p>
          <w:p>
            <w:r>
              <w:t>Signature: ..............................</w:t>
            </w:r>
          </w:p>
          <w:p>
            <w:r>
              <w:t>Date: ..............................</w:t>
            </w:r>
          </w:p>
        </w:tc>
      </w:tr>
    </w:tbl>
    <w:p/>
    <w:p>
      <w:pPr>
        <w:spacing w:before="120"/>
      </w:pPr>
      <w:r>
        <w:rPr>
          <w:b w:val="0"/>
          <w:i/>
          <w:color w:val="6B7280"/>
          <w:sz w:val="18"/>
        </w:rPr>
        <w:t>By law, bereavement leave covers only a parent, spouse, sibling or child; for other relatives the workplace leave policy applies.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Free template — izin360.com · Manage leave without paperwork with İzin360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Excused leave request letter template</dc:title>
  <dc:subject>A request letter for marriage, adoption, bereavement, paternity and disabled child care leave under Additional Art. 2 of the Labour Law.</dc:subject>
  <dc:creator>İzin360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  <dc:language>en-GB</dc:language>
</cp:coreProperties>
</file>