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/>
        <w:jc w:val="center"/>
      </w:pPr>
      <w:r>
        <w:rPr>
          <w:b/>
          <w:i w:val="0"/>
          <w:sz w:val="26"/>
        </w:rPr>
        <w:t>İZİN TALEP FORMU</w:t>
      </w:r>
    </w:p>
    <w:p>
      <w:pPr>
        <w:spacing w:before="200"/>
      </w:pPr>
      <w:r>
        <w:rPr>
          <w:b/>
          <w:i w:val="0"/>
          <w:color w:val="0A7570"/>
        </w:rPr>
        <w:t>Çalışan bilgileri</w:t>
      </w:r>
    </w:p>
    <w:p>
      <w:pPr>
        <w:tabs>
          <w:tab w:pos="9072" w:val="right" w:leader="dot"/>
        </w:tabs>
      </w:pPr>
      <w:r>
        <w:t>Adı Soyadı:</w:t>
        <w:tab/>
      </w:r>
    </w:p>
    <w:p>
      <w:pPr>
        <w:tabs>
          <w:tab w:pos="9072" w:val="right" w:leader="dot"/>
        </w:tabs>
      </w:pPr>
      <w:r>
        <w:t>Sicil No:</w:t>
        <w:tab/>
      </w:r>
    </w:p>
    <w:p>
      <w:pPr>
        <w:tabs>
          <w:tab w:pos="9072" w:val="right" w:leader="dot"/>
        </w:tabs>
      </w:pPr>
      <w:r>
        <w:t>Birimi / Unvanı:</w:t>
        <w:tab/>
      </w:r>
    </w:p>
    <w:p>
      <w:pPr>
        <w:tabs>
          <w:tab w:pos="9072" w:val="right" w:leader="dot"/>
        </w:tabs>
      </w:pPr>
      <w:r>
        <w:t>İşe giriş tarihi:</w:t>
        <w:tab/>
      </w:r>
    </w:p>
    <w:p>
      <w:pPr>
        <w:spacing w:before="200"/>
      </w:pPr>
      <w:r>
        <w:rPr>
          <w:b/>
          <w:i w:val="0"/>
          <w:color w:val="0A7570"/>
        </w:rPr>
        <w:t>İzin türü</w:t>
      </w:r>
    </w:p>
    <w:p>
      <w:pPr>
        <w:ind w:left="454" w:hanging="454"/>
      </w:pPr>
      <w:r>
        <w:t>☐  Yıllık ücretli izin</w:t>
      </w:r>
    </w:p>
    <w:p>
      <w:pPr>
        <w:ind w:left="454" w:hanging="454"/>
      </w:pPr>
      <w:r>
        <w:t>☐  Mazeret izni (evlenme, evlat edinme, ölüm, babalık, engelli çocuk tedavisi)</w:t>
      </w:r>
    </w:p>
    <w:p>
      <w:pPr>
        <w:ind w:left="454" w:hanging="454"/>
      </w:pPr>
      <w:r>
        <w:t>☐  Ücretsiz izin</w:t>
      </w:r>
    </w:p>
    <w:p>
      <w:pPr>
        <w:ind w:left="454" w:hanging="454"/>
      </w:pPr>
      <w:r>
        <w:t>☐  Yol izni (ücretsiz, en çok 4 gün)</w:t>
      </w:r>
    </w:p>
    <w:p>
      <w:pPr>
        <w:ind w:left="454" w:hanging="454"/>
      </w:pPr>
      <w:r>
        <w:t>☐  Serbest zaman (fazla çalışma karşılığı)</w:t>
      </w:r>
    </w:p>
    <w:p>
      <w:pPr>
        <w:ind w:left="454" w:hanging="454"/>
      </w:pPr>
      <w:r>
        <w:t>☐  Diğer: [Açıklama]</w:t>
      </w:r>
    </w:p>
    <w:p>
      <w:pPr>
        <w:spacing w:before="200"/>
      </w:pPr>
      <w:r>
        <w:rPr>
          <w:b/>
          <w:i w:val="0"/>
          <w:color w:val="0A7570"/>
        </w:rPr>
        <w:t>İzin süresi</w:t>
      </w:r>
    </w:p>
    <w:p>
      <w:pPr>
        <w:tabs>
          <w:tab w:pos="9072" w:val="right" w:leader="dot"/>
        </w:tabs>
      </w:pPr>
      <w:r>
        <w:t>Başlangıç tarihi:</w:t>
        <w:tab/>
      </w:r>
    </w:p>
    <w:p>
      <w:pPr>
        <w:tabs>
          <w:tab w:pos="9072" w:val="right" w:leader="dot"/>
        </w:tabs>
      </w:pPr>
      <w:r>
        <w:t>Bitiş tarihi:</w:t>
        <w:tab/>
      </w:r>
    </w:p>
    <w:p>
      <w:pPr>
        <w:tabs>
          <w:tab w:pos="9072" w:val="right" w:leader="dot"/>
        </w:tabs>
      </w:pPr>
      <w:r>
        <w:t>İşe başlama tarihi:</w:t>
        <w:tab/>
      </w:r>
    </w:p>
    <w:p>
      <w:pPr>
        <w:tabs>
          <w:tab w:pos="9072" w:val="right" w:leader="dot"/>
        </w:tabs>
      </w:pPr>
      <w:r>
        <w:t>Toplam (iş günü):</w:t>
        <w:tab/>
      </w:r>
    </w:p>
    <w:p>
      <w:pPr>
        <w:tabs>
          <w:tab w:pos="9072" w:val="right" w:leader="dot"/>
        </w:tabs>
      </w:pPr>
      <w:r>
        <w:t>Yerine bakacak çalışan:</w:t>
        <w:tab/>
      </w:r>
    </w:p>
    <w:p>
      <w:pPr>
        <w:tabs>
          <w:tab w:pos="9072" w:val="right" w:leader="dot"/>
        </w:tabs>
      </w:pPr>
      <w:r>
        <w:t>İzin süresince telefon (isteğe bağlı):</w:t>
        <w:tab/>
      </w:r>
    </w:p>
    <w:p>
      <w:pPr>
        <w:tabs>
          <w:tab w:pos="9072" w:val="right" w:leader="dot"/>
        </w:tabs>
      </w:pPr>
      <w:r>
        <w:t>Açıklama:</w:t>
        <w:tab/>
      </w:r>
    </w:p>
    <w:p>
      <w:pPr>
        <w:tabs>
          <w:tab w:pos="9072" w:val="right" w:leader="dot"/>
        </w:tabs>
        <w:ind w:left="4536"/>
      </w:pPr>
      <w:r>
        <w:t>Çalışanın imzası:</w:t>
        <w:tab/>
      </w:r>
    </w:p>
    <w:p>
      <w:pPr>
        <w:tabs>
          <w:tab w:pos="9072" w:val="right" w:leader="dot"/>
        </w:tabs>
        <w:ind w:left="4536"/>
      </w:pPr>
      <w:r>
        <w:t>Tarih:</w:t>
        <w:tab/>
      </w:r>
    </w:p>
    <w:p>
      <w:pPr>
        <w:spacing w:before="200"/>
      </w:pPr>
      <w:r>
        <w:rPr>
          <w:b/>
          <w:i w:val="0"/>
          <w:color w:val="0A7570"/>
        </w:rPr>
        <w:t>Onaylar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>
              <w:rPr>
                <w:b/>
              </w:rPr>
              <w:t>Yönetici onayı</w:t>
            </w:r>
          </w:p>
          <w:p>
            <w:r>
              <w:t>Adı Soyadı: ..............................</w:t>
            </w:r>
          </w:p>
          <w:p>
            <w:r>
              <w:t>İmza: ..............................</w:t>
            </w:r>
          </w:p>
          <w:p>
            <w:r>
              <w:t>Tarih: ..............................</w:t>
            </w:r>
          </w:p>
        </w:tc>
        <w:tc>
          <w:tcPr>
            <w:tcW w:type="dxa" w:w="4536"/>
          </w:tcPr>
          <w:p>
            <w:r>
              <w:rPr>
                <w:b/>
              </w:rPr>
              <w:t>İnsan Kaynakları onayı</w:t>
            </w:r>
          </w:p>
          <w:p>
            <w:r>
              <w:t>Adı Soyadı: ..............................</w:t>
            </w:r>
          </w:p>
          <w:p>
            <w:r>
              <w:t>İmza: ..............................</w:t>
            </w:r>
          </w:p>
          <w:p>
            <w:r>
              <w:t>Tarih: ..............................</w:t>
            </w:r>
          </w:p>
        </w:tc>
      </w:tr>
    </w:tbl>
    <w:p/>
    <w:p>
      <w:pPr>
        <w:spacing w:before="200"/>
      </w:pPr>
      <w:r>
        <w:rPr>
          <w:b/>
          <w:i w:val="0"/>
          <w:color w:val="0A7570"/>
        </w:rPr>
        <w:t>İnsan Kaynakları kullanımı için</w:t>
      </w:r>
    </w:p>
    <w:p>
      <w:pPr>
        <w:tabs>
          <w:tab w:pos="9072" w:val="right" w:leader="dot"/>
        </w:tabs>
      </w:pPr>
      <w:r>
        <w:t>Kalan yıllık izin (talepten önce):</w:t>
        <w:tab/>
      </w:r>
    </w:p>
    <w:p>
      <w:pPr>
        <w:tabs>
          <w:tab w:pos="9072" w:val="right" w:leader="dot"/>
        </w:tabs>
      </w:pPr>
      <w:r>
        <w:t>Kalan yıllık izin (talepten sonra):</w:t>
        <w:tab/>
      </w:r>
    </w:p>
    <w:p>
      <w:pPr>
        <w:tabs>
          <w:tab w:pos="9072" w:val="right" w:leader="dot"/>
        </w:tabs>
      </w:pPr>
      <w:r>
        <w:t>İzin kayıt belgesine işlendiği tarih:</w:t>
        <w:tab/>
      </w:r>
    </w:p>
    <w:p>
      <w:pPr>
        <w:spacing w:before="120"/>
      </w:pPr>
      <w:r>
        <w:rPr>
          <w:b w:val="0"/>
          <w:i/>
          <w:color w:val="6B7280"/>
          <w:sz w:val="18"/>
        </w:rPr>
        <w:t>Sağlık raporu, gebelik kontrolü gibi sağlık bilgisi içeren belgeleri bu forma eklemeyin; özel nitelikli kişisel veri olarak ayrı ve erişimi kısıtlı saklayın (KVKK m.6).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>Ücretsiz şablon — izin360.com · İzinleri dilekçesiz yönetmek için İzin360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İzin talep formu örneği</dc:title>
  <dc:subject>Tüm izin türleri için çalışan, yönetici ve İK onay bölümlerini içeren şirket içi izin talep formu.</dc:subject>
  <dc:creator>İzin360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  <dc:language>tr-TR</dc:language>
</cp:coreProperties>
</file>