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</w:rPr>
        <w:t>Date: ..../..../20....</w:t>
      </w:r>
    </w:p>
    <w:p>
      <w:pPr>
        <w:jc w:val="center"/>
      </w:pPr>
      <w:r>
        <w:rPr>
          <w:b/>
          <w:i w:val="0"/>
        </w:rPr>
        <w:t>[Company name]</w:t>
      </w:r>
    </w:p>
    <w:p>
      <w:pPr>
        <w:jc w:val="center"/>
      </w:pPr>
      <w:r>
        <w:rPr>
          <w:b/>
          <w:i w:val="0"/>
        </w:rPr>
        <w:t>Human Resources</w:t>
      </w:r>
    </w:p>
    <w:p>
      <w:pPr>
        <w:spacing w:before="240"/>
        <w:jc w:val="center"/>
      </w:pPr>
      <w:r>
        <w:rPr>
          <w:b/>
          <w:i w:val="0"/>
          <w:sz w:val="26"/>
        </w:rPr>
        <w:t>PATERNITY LEAVE REQUEST</w:t>
      </w:r>
    </w:p>
    <w:p>
      <w:pPr>
        <w:ind w:firstLine="709"/>
        <w:jc w:val="both"/>
      </w:pPr>
      <w:r>
        <w:rPr>
          <w:b w:val="0"/>
          <w:i w:val="0"/>
        </w:rPr>
        <w:t>I work in the [Department] department as [Job title]. My spouse, [Spouse's full name], gave birth on [Date of birth]. Under Additional Article 2 of Labour Law No. 4857, I would like to take my 10 days of paid paternity leave between [Start date] and [End date]. I will return to work on [Return date].</w:t>
      </w:r>
    </w:p>
    <w:p>
      <w:pPr>
        <w:tabs>
          <w:tab w:pos="9072" w:val="right" w:leader="dot"/>
        </w:tabs>
      </w:pPr>
      <w:r>
        <w:t>Attachment: Birth certificate or civil registry record</w:t>
        <w:tab/>
      </w:r>
    </w:p>
    <w:p>
      <w:pPr>
        <w:ind w:firstLine="709"/>
        <w:jc w:val="both"/>
      </w:pPr>
      <w:r>
        <w:rPr>
          <w:b w:val="0"/>
          <w:i w:val="0"/>
        </w:rPr>
        <w:t>I kindly ask for your approval.</w:t>
      </w:r>
    </w:p>
    <w:p>
      <w:pPr>
        <w:tabs>
          <w:tab w:pos="9072" w:val="right" w:leader="dot"/>
        </w:tabs>
        <w:ind w:left="4536"/>
      </w:pPr>
      <w:r>
        <w:t>Full name:</w:t>
        <w:tab/>
      </w:r>
    </w:p>
    <w:p>
      <w:pPr>
        <w:tabs>
          <w:tab w:pos="9072" w:val="right" w:leader="dot"/>
        </w:tabs>
        <w:ind w:left="4536"/>
      </w:pPr>
      <w:r>
        <w:t>Employee number (if any):</w:t>
        <w:tab/>
      </w:r>
    </w:p>
    <w:p>
      <w:pPr>
        <w:tabs>
          <w:tab w:pos="9072" w:val="right" w:leader="dot"/>
        </w:tabs>
        <w:ind w:left="4536"/>
      </w:pPr>
      <w:r>
        <w:t>Signature:</w:t>
        <w:tab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r>
              <w:rPr>
                <w:b/>
              </w:rPr>
              <w:t>Manager approval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  <w:tc>
          <w:tcPr>
            <w:tcW w:type="dxa" w:w="4536"/>
          </w:tcPr>
          <w:p>
            <w:r>
              <w:rPr>
                <w:b/>
              </w:rPr>
              <w:t>Human Resources</w:t>
            </w:r>
          </w:p>
          <w:p>
            <w:r>
              <w:t>Name: ..............................</w:t>
            </w:r>
          </w:p>
          <w:p>
            <w:r>
              <w:t>Signature: ..............................</w:t>
            </w:r>
          </w:p>
          <w:p>
            <w:r>
              <w:t>Date: ..............................</w:t>
            </w:r>
          </w:p>
        </w:tc>
      </w:tr>
    </w:tbl>
    <w:p/>
    <w:p>
      <w:pPr>
        <w:spacing w:before="120"/>
      </w:pPr>
      <w:r>
        <w:rPr>
          <w:b w:val="0"/>
          <w:i/>
          <w:color w:val="6B7280"/>
          <w:sz w:val="18"/>
        </w:rPr>
        <w:t>If the mother dies at or after the birth, the remaining postnatal maternity leave is granted to the father (Art. 74); submit a separate request in that case.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6"/>
      </w:rPr>
      <w:t>Free template — izin360.com · Manage leave without paperwork with İzin360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Paternity leave request letter template</dc:title>
  <dc:subject>A request letter for the 10 days of paid paternity leave when an employee's spouse gives birth, with the birth date and supporting document.</dc:subject>
  <dc:creator>İzin360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  <dc:language>en-GB</dc:language>
</cp:coreProperties>
</file>